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562088" cy="1068933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_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9" w:h="16834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562088" cy="1068933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_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9" w:h="16834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562088" cy="1068933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_0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9" w:h="16834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562088" cy="1068933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_0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9" w:h="16834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562088" cy="1068933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_0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9" w:h="16834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562088" cy="1068933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_0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9" w:h="16834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562088" cy="1068933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_0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9" w:h="16834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562088" cy="1068933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_08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9" w:h="16834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562088" cy="1068933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_09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9" w:h="16834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562088" cy="1068933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_1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9" w:h="16834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562088" cy="10689336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_11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9" w:h="16834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562088" cy="10689336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_12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9" w:h="16834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