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center"/>
      </w:pPr>
      <w:r>
        <w:drawing>
          <wp:inline xmlns:a="http://schemas.openxmlformats.org/drawingml/2006/main" xmlns:pic="http://schemas.openxmlformats.org/drawingml/2006/picture">
            <wp:extent cx="7772400" cy="10058400"/>
            <wp:docPr id="1" name="Picture 1"/>
            <wp:cNvGraphicFramePr>
              <a:graphicFrameLocks noChangeAspect="1"/>
            </wp:cNvGraphicFramePr>
            <a:graphic>
              <a:graphicData uri="http://schemas.openxmlformats.org/drawingml/2006/picture">
                <pic:pic>
                  <pic:nvPicPr>
                    <pic:cNvPr id="0" name="page-01.png"/>
                    <pic:cNvPicPr/>
                  </pic:nvPicPr>
                  <pic:blipFill>
                    <a:blip r:embed="rId9"/>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 name="Picture 2"/>
            <wp:cNvGraphicFramePr>
              <a:graphicFrameLocks noChangeAspect="1"/>
            </wp:cNvGraphicFramePr>
            <a:graphic>
              <a:graphicData uri="http://schemas.openxmlformats.org/drawingml/2006/picture">
                <pic:pic>
                  <pic:nvPicPr>
                    <pic:cNvPr id="0" name="page-02.png"/>
                    <pic:cNvPicPr/>
                  </pic:nvPicPr>
                  <pic:blipFill>
                    <a:blip r:embed="rId10"/>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3" name="Picture 3"/>
            <wp:cNvGraphicFramePr>
              <a:graphicFrameLocks noChangeAspect="1"/>
            </wp:cNvGraphicFramePr>
            <a:graphic>
              <a:graphicData uri="http://schemas.openxmlformats.org/drawingml/2006/picture">
                <pic:pic>
                  <pic:nvPicPr>
                    <pic:cNvPr id="0" name="page-03.png"/>
                    <pic:cNvPicPr/>
                  </pic:nvPicPr>
                  <pic:blipFill>
                    <a:blip r:embed="rId11"/>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4" name="Picture 4"/>
            <wp:cNvGraphicFramePr>
              <a:graphicFrameLocks noChangeAspect="1"/>
            </wp:cNvGraphicFramePr>
            <a:graphic>
              <a:graphicData uri="http://schemas.openxmlformats.org/drawingml/2006/picture">
                <pic:pic>
                  <pic:nvPicPr>
                    <pic:cNvPr id="0" name="page-04.png"/>
                    <pic:cNvPicPr/>
                  </pic:nvPicPr>
                  <pic:blipFill>
                    <a:blip r:embed="rId12"/>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5" name="Picture 5"/>
            <wp:cNvGraphicFramePr>
              <a:graphicFrameLocks noChangeAspect="1"/>
            </wp:cNvGraphicFramePr>
            <a:graphic>
              <a:graphicData uri="http://schemas.openxmlformats.org/drawingml/2006/picture">
                <pic:pic>
                  <pic:nvPicPr>
                    <pic:cNvPr id="0" name="page-05.png"/>
                    <pic:cNvPicPr/>
                  </pic:nvPicPr>
                  <pic:blipFill>
                    <a:blip r:embed="rId13"/>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6" name="Picture 6"/>
            <wp:cNvGraphicFramePr>
              <a:graphicFrameLocks noChangeAspect="1"/>
            </wp:cNvGraphicFramePr>
            <a:graphic>
              <a:graphicData uri="http://schemas.openxmlformats.org/drawingml/2006/picture">
                <pic:pic>
                  <pic:nvPicPr>
                    <pic:cNvPr id="0" name="page-06.png"/>
                    <pic:cNvPicPr/>
                  </pic:nvPicPr>
                  <pic:blipFill>
                    <a:blip r:embed="rId14"/>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7" name="Picture 7"/>
            <wp:cNvGraphicFramePr>
              <a:graphicFrameLocks noChangeAspect="1"/>
            </wp:cNvGraphicFramePr>
            <a:graphic>
              <a:graphicData uri="http://schemas.openxmlformats.org/drawingml/2006/picture">
                <pic:pic>
                  <pic:nvPicPr>
                    <pic:cNvPr id="0" name="page-07.png"/>
                    <pic:cNvPicPr/>
                  </pic:nvPicPr>
                  <pic:blipFill>
                    <a:blip r:embed="rId15"/>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8" name="Picture 8"/>
            <wp:cNvGraphicFramePr>
              <a:graphicFrameLocks noChangeAspect="1"/>
            </wp:cNvGraphicFramePr>
            <a:graphic>
              <a:graphicData uri="http://schemas.openxmlformats.org/drawingml/2006/picture">
                <pic:pic>
                  <pic:nvPicPr>
                    <pic:cNvPr id="0" name="page-08.png"/>
                    <pic:cNvPicPr/>
                  </pic:nvPicPr>
                  <pic:blipFill>
                    <a:blip r:embed="rId16"/>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9" name="Picture 9"/>
            <wp:cNvGraphicFramePr>
              <a:graphicFrameLocks noChangeAspect="1"/>
            </wp:cNvGraphicFramePr>
            <a:graphic>
              <a:graphicData uri="http://schemas.openxmlformats.org/drawingml/2006/picture">
                <pic:pic>
                  <pic:nvPicPr>
                    <pic:cNvPr id="0" name="page-09.png"/>
                    <pic:cNvPicPr/>
                  </pic:nvPicPr>
                  <pic:blipFill>
                    <a:blip r:embed="rId17"/>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0" name="Picture 10"/>
            <wp:cNvGraphicFramePr>
              <a:graphicFrameLocks noChangeAspect="1"/>
            </wp:cNvGraphicFramePr>
            <a:graphic>
              <a:graphicData uri="http://schemas.openxmlformats.org/drawingml/2006/picture">
                <pic:pic>
                  <pic:nvPicPr>
                    <pic:cNvPr id="0" name="page-10.png"/>
                    <pic:cNvPicPr/>
                  </pic:nvPicPr>
                  <pic:blipFill>
                    <a:blip r:embed="rId18"/>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1" name="Picture 11"/>
            <wp:cNvGraphicFramePr>
              <a:graphicFrameLocks noChangeAspect="1"/>
            </wp:cNvGraphicFramePr>
            <a:graphic>
              <a:graphicData uri="http://schemas.openxmlformats.org/drawingml/2006/picture">
                <pic:pic>
                  <pic:nvPicPr>
                    <pic:cNvPr id="0" name="page-11.png"/>
                    <pic:cNvPicPr/>
                  </pic:nvPicPr>
                  <pic:blipFill>
                    <a:blip r:embed="rId19"/>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2" name="Picture 12"/>
            <wp:cNvGraphicFramePr>
              <a:graphicFrameLocks noChangeAspect="1"/>
            </wp:cNvGraphicFramePr>
            <a:graphic>
              <a:graphicData uri="http://schemas.openxmlformats.org/drawingml/2006/picture">
                <pic:pic>
                  <pic:nvPicPr>
                    <pic:cNvPr id="0" name="page-12.png"/>
                    <pic:cNvPicPr/>
                  </pic:nvPicPr>
                  <pic:blipFill>
                    <a:blip r:embed="rId20"/>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3" name="Picture 13"/>
            <wp:cNvGraphicFramePr>
              <a:graphicFrameLocks noChangeAspect="1"/>
            </wp:cNvGraphicFramePr>
            <a:graphic>
              <a:graphicData uri="http://schemas.openxmlformats.org/drawingml/2006/picture">
                <pic:pic>
                  <pic:nvPicPr>
                    <pic:cNvPr id="0" name="page-13.png"/>
                    <pic:cNvPicPr/>
                  </pic:nvPicPr>
                  <pic:blipFill>
                    <a:blip r:embed="rId21"/>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4" name="Picture 14"/>
            <wp:cNvGraphicFramePr>
              <a:graphicFrameLocks noChangeAspect="1"/>
            </wp:cNvGraphicFramePr>
            <a:graphic>
              <a:graphicData uri="http://schemas.openxmlformats.org/drawingml/2006/picture">
                <pic:pic>
                  <pic:nvPicPr>
                    <pic:cNvPr id="0" name="page-14.png"/>
                    <pic:cNvPicPr/>
                  </pic:nvPicPr>
                  <pic:blipFill>
                    <a:blip r:embed="rId22"/>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5" name="Picture 15"/>
            <wp:cNvGraphicFramePr>
              <a:graphicFrameLocks noChangeAspect="1"/>
            </wp:cNvGraphicFramePr>
            <a:graphic>
              <a:graphicData uri="http://schemas.openxmlformats.org/drawingml/2006/picture">
                <pic:pic>
                  <pic:nvPicPr>
                    <pic:cNvPr id="0" name="page-15.png"/>
                    <pic:cNvPicPr/>
                  </pic:nvPicPr>
                  <pic:blipFill>
                    <a:blip r:embed="rId23"/>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6" name="Picture 16"/>
            <wp:cNvGraphicFramePr>
              <a:graphicFrameLocks noChangeAspect="1"/>
            </wp:cNvGraphicFramePr>
            <a:graphic>
              <a:graphicData uri="http://schemas.openxmlformats.org/drawingml/2006/picture">
                <pic:pic>
                  <pic:nvPicPr>
                    <pic:cNvPr id="0" name="page-16.png"/>
                    <pic:cNvPicPr/>
                  </pic:nvPicPr>
                  <pic:blipFill>
                    <a:blip r:embed="rId24"/>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7" name="Picture 17"/>
            <wp:cNvGraphicFramePr>
              <a:graphicFrameLocks noChangeAspect="1"/>
            </wp:cNvGraphicFramePr>
            <a:graphic>
              <a:graphicData uri="http://schemas.openxmlformats.org/drawingml/2006/picture">
                <pic:pic>
                  <pic:nvPicPr>
                    <pic:cNvPr id="0" name="page-17.png"/>
                    <pic:cNvPicPr/>
                  </pic:nvPicPr>
                  <pic:blipFill>
                    <a:blip r:embed="rId25"/>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8" name="Picture 18"/>
            <wp:cNvGraphicFramePr>
              <a:graphicFrameLocks noChangeAspect="1"/>
            </wp:cNvGraphicFramePr>
            <a:graphic>
              <a:graphicData uri="http://schemas.openxmlformats.org/drawingml/2006/picture">
                <pic:pic>
                  <pic:nvPicPr>
                    <pic:cNvPr id="0" name="page-18.png"/>
                    <pic:cNvPicPr/>
                  </pic:nvPicPr>
                  <pic:blipFill>
                    <a:blip r:embed="rId26"/>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19" name="Picture 19"/>
            <wp:cNvGraphicFramePr>
              <a:graphicFrameLocks noChangeAspect="1"/>
            </wp:cNvGraphicFramePr>
            <a:graphic>
              <a:graphicData uri="http://schemas.openxmlformats.org/drawingml/2006/picture">
                <pic:pic>
                  <pic:nvPicPr>
                    <pic:cNvPr id="0" name="page-19.png"/>
                    <pic:cNvPicPr/>
                  </pic:nvPicPr>
                  <pic:blipFill>
                    <a:blip r:embed="rId27"/>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0" name="Picture 20"/>
            <wp:cNvGraphicFramePr>
              <a:graphicFrameLocks noChangeAspect="1"/>
            </wp:cNvGraphicFramePr>
            <a:graphic>
              <a:graphicData uri="http://schemas.openxmlformats.org/drawingml/2006/picture">
                <pic:pic>
                  <pic:nvPicPr>
                    <pic:cNvPr id="0" name="page-20.png"/>
                    <pic:cNvPicPr/>
                  </pic:nvPicPr>
                  <pic:blipFill>
                    <a:blip r:embed="rId28"/>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1" name="Picture 21"/>
            <wp:cNvGraphicFramePr>
              <a:graphicFrameLocks noChangeAspect="1"/>
            </wp:cNvGraphicFramePr>
            <a:graphic>
              <a:graphicData uri="http://schemas.openxmlformats.org/drawingml/2006/picture">
                <pic:pic>
                  <pic:nvPicPr>
                    <pic:cNvPr id="0" name="page-21.png"/>
                    <pic:cNvPicPr/>
                  </pic:nvPicPr>
                  <pic:blipFill>
                    <a:blip r:embed="rId29"/>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2" name="Picture 22"/>
            <wp:cNvGraphicFramePr>
              <a:graphicFrameLocks noChangeAspect="1"/>
            </wp:cNvGraphicFramePr>
            <a:graphic>
              <a:graphicData uri="http://schemas.openxmlformats.org/drawingml/2006/picture">
                <pic:pic>
                  <pic:nvPicPr>
                    <pic:cNvPr id="0" name="page-22.png"/>
                    <pic:cNvPicPr/>
                  </pic:nvPicPr>
                  <pic:blipFill>
                    <a:blip r:embed="rId30"/>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3" name="Picture 23"/>
            <wp:cNvGraphicFramePr>
              <a:graphicFrameLocks noChangeAspect="1"/>
            </wp:cNvGraphicFramePr>
            <a:graphic>
              <a:graphicData uri="http://schemas.openxmlformats.org/drawingml/2006/picture">
                <pic:pic>
                  <pic:nvPicPr>
                    <pic:cNvPr id="0" name="page-23.png"/>
                    <pic:cNvPicPr/>
                  </pic:nvPicPr>
                  <pic:blipFill>
                    <a:blip r:embed="rId31"/>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4" name="Picture 24"/>
            <wp:cNvGraphicFramePr>
              <a:graphicFrameLocks noChangeAspect="1"/>
            </wp:cNvGraphicFramePr>
            <a:graphic>
              <a:graphicData uri="http://schemas.openxmlformats.org/drawingml/2006/picture">
                <pic:pic>
                  <pic:nvPicPr>
                    <pic:cNvPr id="0" name="page-24.png"/>
                    <pic:cNvPicPr/>
                  </pic:nvPicPr>
                  <pic:blipFill>
                    <a:blip r:embed="rId32"/>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5" name="Picture 25"/>
            <wp:cNvGraphicFramePr>
              <a:graphicFrameLocks noChangeAspect="1"/>
            </wp:cNvGraphicFramePr>
            <a:graphic>
              <a:graphicData uri="http://schemas.openxmlformats.org/drawingml/2006/picture">
                <pic:pic>
                  <pic:nvPicPr>
                    <pic:cNvPr id="0" name="page-25.png"/>
                    <pic:cNvPicPr/>
                  </pic:nvPicPr>
                  <pic:blipFill>
                    <a:blip r:embed="rId33"/>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6" name="Picture 26"/>
            <wp:cNvGraphicFramePr>
              <a:graphicFrameLocks noChangeAspect="1"/>
            </wp:cNvGraphicFramePr>
            <a:graphic>
              <a:graphicData uri="http://schemas.openxmlformats.org/drawingml/2006/picture">
                <pic:pic>
                  <pic:nvPicPr>
                    <pic:cNvPr id="0" name="page-26.png"/>
                    <pic:cNvPicPr/>
                  </pic:nvPicPr>
                  <pic:blipFill>
                    <a:blip r:embed="rId34"/>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7" name="Picture 27"/>
            <wp:cNvGraphicFramePr>
              <a:graphicFrameLocks noChangeAspect="1"/>
            </wp:cNvGraphicFramePr>
            <a:graphic>
              <a:graphicData uri="http://schemas.openxmlformats.org/drawingml/2006/picture">
                <pic:pic>
                  <pic:nvPicPr>
                    <pic:cNvPr id="0" name="page-27.png"/>
                    <pic:cNvPicPr/>
                  </pic:nvPicPr>
                  <pic:blipFill>
                    <a:blip r:embed="rId35"/>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8" name="Picture 28"/>
            <wp:cNvGraphicFramePr>
              <a:graphicFrameLocks noChangeAspect="1"/>
            </wp:cNvGraphicFramePr>
            <a:graphic>
              <a:graphicData uri="http://schemas.openxmlformats.org/drawingml/2006/picture">
                <pic:pic>
                  <pic:nvPicPr>
                    <pic:cNvPr id="0" name="page-28.png"/>
                    <pic:cNvPicPr/>
                  </pic:nvPicPr>
                  <pic:blipFill>
                    <a:blip r:embed="rId36"/>
                    <a:stretch>
                      <a:fillRect/>
                    </a:stretch>
                  </pic:blipFill>
                  <pic:spPr>
                    <a:xfrm>
                      <a:off x="0" y="0"/>
                      <a:ext cx="7772400" cy="10058400"/>
                    </a:xfrm>
                    <a:prstGeom prst="rect"/>
                  </pic:spPr>
                </pic:pic>
              </a:graphicData>
            </a:graphic>
          </wp:inline>
        </w:drawing>
        <w:br w:type="page"/>
      </w:r>
    </w:p>
    <w:p>
      <w:pPr>
        <w:spacing w:before="0" w:after="0" w:line="240" w:lineRule="auto"/>
        <w:jc w:val="center"/>
      </w:pPr>
      <w:r>
        <w:drawing>
          <wp:inline xmlns:a="http://schemas.openxmlformats.org/drawingml/2006/main" xmlns:pic="http://schemas.openxmlformats.org/drawingml/2006/picture">
            <wp:extent cx="7772400" cy="10058400"/>
            <wp:docPr id="29" name="Picture 29"/>
            <wp:cNvGraphicFramePr>
              <a:graphicFrameLocks noChangeAspect="1"/>
            </wp:cNvGraphicFramePr>
            <a:graphic>
              <a:graphicData uri="http://schemas.openxmlformats.org/drawingml/2006/picture">
                <pic:pic>
                  <pic:nvPicPr>
                    <pic:cNvPr id="0" name="page-29.png"/>
                    <pic:cNvPicPr/>
                  </pic:nvPicPr>
                  <pic:blipFill>
                    <a:blip r:embed="rId37"/>
                    <a:stretch>
                      <a:fillRect/>
                    </a:stretch>
                  </pic:blipFill>
                  <pic:spPr>
                    <a:xfrm>
                      <a:off x="0" y="0"/>
                      <a:ext cx="7772400" cy="10058400"/>
                    </a:xfrm>
                    <a:prstGeom prst="rect"/>
                  </pic:spPr>
                </pic:pic>
              </a:graphicData>
            </a:graphic>
          </wp:inline>
        </w:drawing>
      </w:r>
    </w:p>
    <w:p>
      <w:pPr>
        <w:sectPr>
          <w:pgSz w:w="12240" w:h="15840"/>
          <w:pgMar w:top="0" w:right="0" w:bottom="0" w:left="0" w:header="0" w:footer="0" w:gutter="0"/>
          <w:cols w:space="720"/>
          <w:docGrid w:linePitch="360"/>
        </w:sectPr>
      </w:pPr>
    </w:p>
    <w:p>
      <w:pPr>
        <w:jc w:val="center"/>
      </w:pPr>
      <w:r>
        <w:rPr>
          <w:rFonts w:ascii="Arial" w:hAnsi="Arial"/>
          <w:b/>
          <w:color w:val="1F4E79"/>
          <w:sz w:val="36"/>
        </w:rPr>
        <w:t>CHATGPT LEGAL ANALYSIS REPORT No. 07</w:t>
      </w:r>
    </w:p>
    <w:p>
      <w:pPr>
        <w:jc w:val="center"/>
      </w:pPr>
      <w:r>
        <w:rPr>
          <w:rFonts w:ascii="Arial" w:hAnsi="Arial"/>
          <w:b/>
          <w:sz w:val="32"/>
        </w:rPr>
        <w:t>ADDENDUM 74 - NEW INCIDENT NOTE</w:t>
      </w:r>
    </w:p>
    <w:p>
      <w:pPr>
        <w:jc w:val="center"/>
      </w:pPr>
      <w:r>
        <w:rPr>
          <w:rFonts w:ascii="Arial" w:hAnsi="Arial"/>
          <w:b/>
          <w:sz w:val="24"/>
        </w:rPr>
        <w:t>02.07.2026 ChatGPT iOS authentication / authorization anomaly during legal-analysis work</w:t>
      </w:r>
    </w:p>
    <w:p>
      <w:pPr>
        <w:spacing w:before="120" w:after="120"/>
      </w:pPr>
      <w:r>
        <w:rPr>
          <w:rFonts w:ascii="Arial" w:hAnsi="Arial"/>
          <w:b/>
          <w:color w:val="1F4E79"/>
          <w:sz w:val="28"/>
        </w:rPr>
        <w:t>Purpose of this addendum</w:t>
      </w:r>
    </w:p>
    <w:p>
      <w:pPr>
        <w:spacing w:after="120" w:line="259" w:lineRule="auto"/>
      </w:pPr>
      <w:r>
        <w:rPr>
          <w:rFonts w:ascii="Arial" w:hAnsi="Arial"/>
          <w:b w:val="0"/>
          <w:i w:val="0"/>
          <w:sz w:val="20"/>
        </w:rPr>
        <w:t>This addendum is prepared to be appended at the end of the existing Report 07 / 0.7. It does not delete, replace, weaken, or rewrite any prior text of Report 07 or Addendum 73. Its only purpose is to preserve a newly submitted screenshot and applicant impact statement concerning a ChatGPT iOS authentication/authorization error visible on 02.07.2026 at 12:55 local device time while the applicant was engaged in legal-analysis and evidence-review work.</w:t>
      </w:r>
    </w:p>
    <w:p>
      <w:pPr>
        <w:spacing w:before="120" w:after="120"/>
      </w:pPr>
      <w:r>
        <w:rPr>
          <w:rFonts w:ascii="Arial" w:hAnsi="Arial"/>
          <w:b/>
          <w:color w:val="1F4E79"/>
          <w:sz w:val="28"/>
        </w:rPr>
        <w:t>Basis and limits of confirmation</w:t>
      </w:r>
    </w:p>
    <w:p>
      <w:pPr>
        <w:spacing w:after="120" w:line="259" w:lineRule="auto"/>
      </w:pPr>
      <w:r>
        <w:rPr>
          <w:rFonts w:ascii="Arial" w:hAnsi="Arial"/>
          <w:b w:val="0"/>
          <w:i w:val="0"/>
          <w:sz w:val="20"/>
        </w:rPr>
        <w:t>The observations below are based on the screenshot provided in this ChatGPT conversation. ChatGPT can confirm what is visible in the submitted screenshot: displayed device time, application context, visible error text, RequestId, server timestamp, and the surrounding legal-analysis text. ChatGPT cannot, from the screenshot alone, forensically certify the internal OpenAI server cause, iOS app state, network routing, VPN/security settings, or whether any external interference occurred. Those questions require independent technical review and preservation of server-side and device-side logs.</w:t>
      </w:r>
    </w:p>
    <w:p>
      <w:pPr>
        <w:spacing w:before="120" w:after="120"/>
      </w:pPr>
      <w:r>
        <w:rPr>
          <w:rFonts w:ascii="Arial" w:hAnsi="Arial"/>
          <w:b/>
          <w:color w:val="1F4E79"/>
          <w:sz w:val="28"/>
        </w:rPr>
        <w:t>1. Short evidentiary conclusion</w:t>
      </w:r>
    </w:p>
    <w:p>
      <w:pPr>
        <w:spacing w:after="120" w:line="259" w:lineRule="auto"/>
      </w:pPr>
      <w:r>
        <w:rPr>
          <w:rFonts w:ascii="Arial" w:hAnsi="Arial"/>
          <w:b w:val="0"/>
          <w:i w:val="0"/>
          <w:sz w:val="20"/>
        </w:rPr>
        <w:t>The submitted screenshot documents a new visible authentication/authorization anomaly in the ChatGPT iOS application during legal-analysis work. The screenshot shows an XML-formatted error stating "AuthenticationFailed" and "Server failed to authenticate the request," with an AuthenticationErrorDetail stating that the signed expiry time preceded the signed start time. The screenshot should be preserved as a technical-access and evidentiary-integrity anomaly requiring independent review, especially because it arose while the applicant was working on legal material and reports that the incident diverted him from the substantive legal task to error-troubleshooting.</w:t>
      </w:r>
    </w:p>
    <w:p>
      <w:pPr>
        <w:spacing w:before="120" w:after="120"/>
      </w:pPr>
      <w:r>
        <w:rPr>
          <w:rFonts w:ascii="Arial" w:hAnsi="Arial"/>
          <w:b/>
          <w:color w:val="1F4E79"/>
          <w:sz w:val="28"/>
        </w:rPr>
        <w:t>2. Chronology of visible event and applicant impact</w:t>
      </w:r>
    </w:p>
    <w:tbl>
      <w:tblPr>
        <w:tblStyle w:val="TableGrid"/>
        <w:tblW w:type="auto" w:w="0"/>
        <w:jc w:val="center"/>
        <w:tblLook w:firstColumn="1" w:firstRow="1" w:lastColumn="0" w:lastRow="0" w:noHBand="0" w:noVBand="1" w:val="04A0"/>
      </w:tblPr>
      <w:tblGrid>
        <w:gridCol w:w="2556"/>
        <w:gridCol w:w="2556"/>
        <w:gridCol w:w="2556"/>
        <w:gridCol w:w="2556"/>
      </w:tblGrid>
      <w:tr>
        <w:tc>
          <w:tcPr>
            <w:tcW w:type="dxa" w:w="2556"/>
            <w:shd w:fill="D9EAF7"/>
            <w:tcMar>
              <w:top w:w="80" w:type="dxa"/>
              <w:start w:w="80" w:type="dxa"/>
              <w:bottom w:w="80" w:type="dxa"/>
              <w:end w:w="80" w:type="dxa"/>
            </w:tcMar>
            <w:vAlign w:val="top"/>
          </w:tcPr>
          <w:p>
            <w:pPr>
              <w:spacing w:after="0"/>
            </w:pPr>
            <w:r>
              <w:rPr>
                <w:rFonts w:ascii="Arial" w:hAnsi="Arial"/>
                <w:b/>
                <w:sz w:val="16"/>
              </w:rPr>
              <w:t>Date / time</w:t>
            </w:r>
          </w:p>
        </w:tc>
        <w:tc>
          <w:tcPr>
            <w:tcW w:type="dxa" w:w="2556"/>
            <w:shd w:fill="D9EAF7"/>
            <w:tcMar>
              <w:top w:w="80" w:type="dxa"/>
              <w:start w:w="80" w:type="dxa"/>
              <w:bottom w:w="80" w:type="dxa"/>
              <w:end w:w="80" w:type="dxa"/>
            </w:tcMar>
            <w:vAlign w:val="top"/>
          </w:tcPr>
          <w:p>
            <w:pPr>
              <w:spacing w:after="0"/>
            </w:pPr>
            <w:r>
              <w:rPr>
                <w:rFonts w:ascii="Arial" w:hAnsi="Arial"/>
                <w:b/>
                <w:sz w:val="16"/>
              </w:rPr>
              <w:t>Application / material</w:t>
            </w:r>
          </w:p>
        </w:tc>
        <w:tc>
          <w:tcPr>
            <w:tcW w:type="dxa" w:w="2556"/>
            <w:shd w:fill="D9EAF7"/>
            <w:tcMar>
              <w:top w:w="80" w:type="dxa"/>
              <w:start w:w="80" w:type="dxa"/>
              <w:bottom w:w="80" w:type="dxa"/>
              <w:end w:w="80" w:type="dxa"/>
            </w:tcMar>
            <w:vAlign w:val="top"/>
          </w:tcPr>
          <w:p>
            <w:pPr>
              <w:spacing w:after="0"/>
            </w:pPr>
            <w:r>
              <w:rPr>
                <w:rFonts w:ascii="Arial" w:hAnsi="Arial"/>
                <w:b/>
                <w:sz w:val="16"/>
              </w:rPr>
              <w:t>Visible evidence or statement</w:t>
            </w:r>
          </w:p>
        </w:tc>
        <w:tc>
          <w:tcPr>
            <w:tcW w:type="dxa" w:w="2556"/>
            <w:shd w:fill="D9EAF7"/>
            <w:tcMar>
              <w:top w:w="80" w:type="dxa"/>
              <w:start w:w="80" w:type="dxa"/>
              <w:bottom w:w="80" w:type="dxa"/>
              <w:end w:w="80" w:type="dxa"/>
            </w:tcMar>
            <w:vAlign w:val="top"/>
          </w:tcPr>
          <w:p>
            <w:pPr>
              <w:spacing w:after="0"/>
            </w:pPr>
            <w:r>
              <w:rPr>
                <w:rFonts w:ascii="Arial" w:hAnsi="Arial"/>
                <w:b/>
                <w:sz w:val="16"/>
              </w:rPr>
              <w:t>Legal-evidentiary note</w:t>
            </w:r>
          </w:p>
        </w:tc>
      </w:tr>
      <w:tr>
        <w:tc>
          <w:tcPr>
            <w:tcW w:type="dxa" w:w="2556"/>
            <w:tcMar>
              <w:top w:w="80" w:type="dxa"/>
              <w:start w:w="80" w:type="dxa"/>
              <w:bottom w:w="80" w:type="dxa"/>
              <w:end w:w="80" w:type="dxa"/>
            </w:tcMar>
            <w:vAlign w:val="top"/>
          </w:tcPr>
          <w:p>
            <w:pPr>
              <w:spacing w:after="0" w:line="240" w:lineRule="auto"/>
            </w:pPr>
            <w:r>
              <w:rPr>
                <w:rFonts w:ascii="Arial" w:hAnsi="Arial"/>
                <w:sz w:val="15"/>
              </w:rPr>
              <w:t>02.07.2026, 12:55 local device time / 10:55:50Z server time</w:t>
            </w:r>
          </w:p>
        </w:tc>
        <w:tc>
          <w:tcPr>
            <w:tcW w:type="dxa" w:w="2556"/>
            <w:tcMar>
              <w:top w:w="80" w:type="dxa"/>
              <w:start w:w="80" w:type="dxa"/>
              <w:bottom w:w="80" w:type="dxa"/>
              <w:end w:w="80" w:type="dxa"/>
            </w:tcMar>
            <w:vAlign w:val="top"/>
          </w:tcPr>
          <w:p>
            <w:pPr>
              <w:spacing w:after="0" w:line="240" w:lineRule="auto"/>
            </w:pPr>
            <w:r>
              <w:rPr>
                <w:rFonts w:ascii="Arial" w:hAnsi="Arial"/>
                <w:sz w:val="15"/>
              </w:rPr>
              <w:t>ChatGPT iOS application</w:t>
            </w:r>
          </w:p>
        </w:tc>
        <w:tc>
          <w:tcPr>
            <w:tcW w:type="dxa" w:w="2556"/>
            <w:tcMar>
              <w:top w:w="80" w:type="dxa"/>
              <w:start w:w="80" w:type="dxa"/>
              <w:bottom w:w="80" w:type="dxa"/>
              <w:end w:w="80" w:type="dxa"/>
            </w:tcMar>
            <w:vAlign w:val="top"/>
          </w:tcPr>
          <w:p>
            <w:pPr>
              <w:spacing w:after="0" w:line="240" w:lineRule="auto"/>
            </w:pPr>
            <w:r>
              <w:rPr>
                <w:rFonts w:ascii="Arial" w:hAnsi="Arial"/>
                <w:sz w:val="15"/>
              </w:rPr>
              <w:t>Screenshot shows ChatGPT interface with a large XML error block: "AuthenticationFailed" and "Server failed to authenticate the request." Device status area shows 12:55, 5G and battery indicator. The background/preceding text concerns legal-analysis wording requiring German laws and international conventions to be identified.</w:t>
            </w:r>
          </w:p>
        </w:tc>
        <w:tc>
          <w:tcPr>
            <w:tcW w:type="dxa" w:w="2556"/>
            <w:tcMar>
              <w:top w:w="80" w:type="dxa"/>
              <w:start w:w="80" w:type="dxa"/>
              <w:bottom w:w="80" w:type="dxa"/>
              <w:end w:w="80" w:type="dxa"/>
            </w:tcMar>
            <w:vAlign w:val="top"/>
          </w:tcPr>
          <w:p>
            <w:pPr>
              <w:spacing w:after="0" w:line="240" w:lineRule="auto"/>
            </w:pPr>
            <w:r>
              <w:rPr>
                <w:rFonts w:ascii="Arial" w:hAnsi="Arial"/>
                <w:sz w:val="15"/>
              </w:rPr>
              <w:t>Documents visible access/authentication failure during legal-analysis report work. The visible content supports preservation as a contemporaneous technical anomaly, not as a final forensic cause determination.</w:t>
            </w:r>
          </w:p>
        </w:tc>
      </w:tr>
      <w:tr>
        <w:tc>
          <w:tcPr>
            <w:tcW w:type="dxa" w:w="2556"/>
            <w:tcMar>
              <w:top w:w="80" w:type="dxa"/>
              <w:start w:w="80" w:type="dxa"/>
              <w:bottom w:w="80" w:type="dxa"/>
              <w:end w:w="80" w:type="dxa"/>
            </w:tcMar>
            <w:vAlign w:val="top"/>
          </w:tcPr>
          <w:p>
            <w:pPr>
              <w:spacing w:after="0" w:line="240" w:lineRule="auto"/>
            </w:pPr>
            <w:r>
              <w:rPr>
                <w:rFonts w:ascii="Arial" w:hAnsi="Arial"/>
                <w:sz w:val="15"/>
              </w:rPr>
              <w:t>02.07.2026, 10:55:50.4968494Z shown in error text</w:t>
            </w:r>
          </w:p>
        </w:tc>
        <w:tc>
          <w:tcPr>
            <w:tcW w:type="dxa" w:w="2556"/>
            <w:tcMar>
              <w:top w:w="80" w:type="dxa"/>
              <w:start w:w="80" w:type="dxa"/>
              <w:bottom w:w="80" w:type="dxa"/>
              <w:end w:w="80" w:type="dxa"/>
            </w:tcMar>
            <w:vAlign w:val="top"/>
          </w:tcPr>
          <w:p>
            <w:pPr>
              <w:spacing w:after="0" w:line="240" w:lineRule="auto"/>
            </w:pPr>
            <w:r>
              <w:rPr>
                <w:rFonts w:ascii="Arial" w:hAnsi="Arial"/>
                <w:sz w:val="15"/>
              </w:rPr>
              <w:t>Server-side error text displayed inside ChatGPT app</w:t>
            </w:r>
          </w:p>
        </w:tc>
        <w:tc>
          <w:tcPr>
            <w:tcW w:type="dxa" w:w="2556"/>
            <w:tcMar>
              <w:top w:w="80" w:type="dxa"/>
              <w:start w:w="80" w:type="dxa"/>
              <w:bottom w:w="80" w:type="dxa"/>
              <w:end w:w="80" w:type="dxa"/>
            </w:tcMar>
            <w:vAlign w:val="top"/>
          </w:tcPr>
          <w:p>
            <w:pPr>
              <w:spacing w:after="0" w:line="240" w:lineRule="auto"/>
            </w:pPr>
            <w:r>
              <w:rPr>
                <w:rFonts w:ascii="Arial" w:hAnsi="Arial"/>
                <w:sz w:val="15"/>
              </w:rPr>
              <w:t>RequestId visible: 769badf3-701e-0021-7511-0abb24000000. Error detail visible: "Signed expiry time [Thu, 02 Jul 2026 10:55:32 GMT] must be after signed start time [Thu, 02 Jul 2026 10:55:50 GMT]."</w:t>
            </w:r>
          </w:p>
        </w:tc>
        <w:tc>
          <w:tcPr>
            <w:tcW w:type="dxa" w:w="2556"/>
            <w:tcMar>
              <w:top w:w="80" w:type="dxa"/>
              <w:start w:w="80" w:type="dxa"/>
              <w:bottom w:w="80" w:type="dxa"/>
              <w:end w:w="80" w:type="dxa"/>
            </w:tcMar>
            <w:vAlign w:val="top"/>
          </w:tcPr>
          <w:p>
            <w:pPr>
              <w:spacing w:after="0" w:line="240" w:lineRule="auto"/>
            </w:pPr>
            <w:r>
              <w:rPr>
                <w:rFonts w:ascii="Arial" w:hAnsi="Arial"/>
                <w:sz w:val="15"/>
              </w:rPr>
              <w:t>The visible error records an internal timing/signature inconsistency in the authentication token displayed to the user. OpenAI/server logs, client logs and network/device settings are required for technical attribution.</w:t>
            </w:r>
          </w:p>
        </w:tc>
      </w:tr>
      <w:tr>
        <w:tc>
          <w:tcPr>
            <w:tcW w:type="dxa" w:w="2556"/>
            <w:tcMar>
              <w:top w:w="80" w:type="dxa"/>
              <w:start w:w="80" w:type="dxa"/>
              <w:bottom w:w="80" w:type="dxa"/>
              <w:end w:w="80" w:type="dxa"/>
            </w:tcMar>
            <w:vAlign w:val="top"/>
          </w:tcPr>
          <w:p>
            <w:pPr>
              <w:spacing w:after="0" w:line="240" w:lineRule="auto"/>
            </w:pPr>
            <w:r>
              <w:rPr>
                <w:rFonts w:ascii="Arial" w:hAnsi="Arial"/>
                <w:sz w:val="15"/>
              </w:rPr>
              <w:t>02.07.2026, applicant/user impact statement</w:t>
            </w:r>
          </w:p>
        </w:tc>
        <w:tc>
          <w:tcPr>
            <w:tcW w:type="dxa" w:w="2556"/>
            <w:tcMar>
              <w:top w:w="80" w:type="dxa"/>
              <w:start w:w="80" w:type="dxa"/>
              <w:bottom w:w="80" w:type="dxa"/>
              <w:end w:w="80" w:type="dxa"/>
            </w:tcMar>
            <w:vAlign w:val="top"/>
          </w:tcPr>
          <w:p>
            <w:pPr>
              <w:spacing w:after="0" w:line="240" w:lineRule="auto"/>
            </w:pPr>
            <w:r>
              <w:rPr>
                <w:rFonts w:ascii="Arial" w:hAnsi="Arial"/>
                <w:sz w:val="15"/>
              </w:rPr>
              <w:t>Applicant statement in this conversation</w:t>
            </w:r>
          </w:p>
        </w:tc>
        <w:tc>
          <w:tcPr>
            <w:tcW w:type="dxa" w:w="2556"/>
            <w:tcMar>
              <w:top w:w="80" w:type="dxa"/>
              <w:start w:w="80" w:type="dxa"/>
              <w:bottom w:w="80" w:type="dxa"/>
              <w:end w:w="80" w:type="dxa"/>
            </w:tcMar>
            <w:vAlign w:val="top"/>
          </w:tcPr>
          <w:p>
            <w:pPr>
              <w:spacing w:after="0" w:line="240" w:lineRule="auto"/>
            </w:pPr>
            <w:r>
              <w:rPr>
                <w:rFonts w:ascii="Arial" w:hAnsi="Arial"/>
                <w:sz w:val="15"/>
              </w:rPr>
              <w:t>The applicant states that, again while working on legal matters, a technical problem appeared and forced him to focus on finding, documenting and explaining the error instead of concentrating on the legal issues he needed to finalize.</w:t>
            </w:r>
          </w:p>
        </w:tc>
        <w:tc>
          <w:tcPr>
            <w:tcW w:type="dxa" w:w="2556"/>
            <w:tcMar>
              <w:top w:w="80" w:type="dxa"/>
              <w:start w:w="80" w:type="dxa"/>
              <w:bottom w:w="80" w:type="dxa"/>
              <w:end w:w="80" w:type="dxa"/>
            </w:tcMar>
            <w:vAlign w:val="top"/>
          </w:tcPr>
          <w:p>
            <w:pPr>
              <w:spacing w:after="0" w:line="240" w:lineRule="auto"/>
            </w:pPr>
            <w:r>
              <w:rPr>
                <w:rFonts w:ascii="Arial" w:hAnsi="Arial"/>
                <w:sz w:val="15"/>
              </w:rPr>
              <w:t>Recorded as the applicant impact statement: the event allegedly obstructed, fragmented and diverted the legal-report and evidence-review workflow. The screenshot should be preserved together with the conversation and original metadata.</w:t>
            </w:r>
          </w:p>
        </w:tc>
      </w:tr>
    </w:tbl>
    <w:p>
      <w:pPr>
        <w:spacing w:before="120" w:after="120"/>
      </w:pPr>
      <w:r>
        <w:rPr>
          <w:rFonts w:ascii="Arial" w:hAnsi="Arial"/>
          <w:b/>
          <w:color w:val="1F4E79"/>
          <w:sz w:val="28"/>
        </w:rPr>
        <w:t>3. Detailed narrative for insertion at the end of Report 07</w:t>
      </w:r>
    </w:p>
    <w:p>
      <w:pPr>
        <w:spacing w:after="120" w:line="259" w:lineRule="auto"/>
      </w:pPr>
      <w:r>
        <w:rPr>
          <w:rFonts w:ascii="Arial" w:hAnsi="Arial"/>
          <w:b w:val="0"/>
          <w:i w:val="0"/>
          <w:sz w:val="20"/>
        </w:rPr>
        <w:t>On 02.07.2026, at 12:55 local device time, while the applicant was working in the ChatGPT iOS application on legal-analysis material connected with documentary evidence, German domestic law, and international conventions, the application displayed an XML-formatted authentication error instead of continuing the ordinary legal-analysis workflow.</w:t>
      </w:r>
    </w:p>
    <w:p>
      <w:pPr>
        <w:spacing w:after="120" w:line="259" w:lineRule="auto"/>
      </w:pPr>
      <w:r>
        <w:rPr>
          <w:rFonts w:ascii="Arial" w:hAnsi="Arial"/>
          <w:b w:val="0"/>
          <w:i w:val="0"/>
          <w:sz w:val="20"/>
        </w:rPr>
        <w:t>The screenshot visibly contains the following error structure: "AuthenticationFailed"; "Server failed to authenticate the request. Make sure the value of Authorization header is formed correctly including the signature"; RequestId "769badf3-701e-0021-7511-0abb24000000"; Time "2026-07-02T10:55:50.4968494Z"; and AuthenticationErrorDetail stating that the signed expiry time of 10:55:32 GMT must be after the signed start time of 10:55:50 GMT. The device screenshot time of 12:55 is consistent with the displayed UTC/GMT time plus the German summer-time offset, but exact system and server logs are required for independent technical verification.</w:t>
      </w:r>
    </w:p>
    <w:p>
      <w:pPr>
        <w:spacing w:after="120" w:line="259" w:lineRule="auto"/>
      </w:pPr>
      <w:r>
        <w:rPr>
          <w:rFonts w:ascii="Arial" w:hAnsi="Arial"/>
          <w:b w:val="0"/>
          <w:i w:val="0"/>
          <w:sz w:val="20"/>
        </w:rPr>
        <w:t>The applicant states that this was not a harmless inconvenience in practical effect. According to the applicant, it occurred again at a stage when he was trying to focus on legal work, evidence analysis and report finalisation. He states that such incidents force him to abandon or pause the substantive legal task and instead search for the error, screenshot it, explain it, and preserve it as evidence. The applicant further states that this diverts his attention from the legal issues, disrupts his concentration, and makes it harder to finish the work he is legally and personally trying to complete.</w:t>
      </w:r>
    </w:p>
    <w:p>
      <w:pPr>
        <w:spacing w:after="120" w:line="259" w:lineRule="auto"/>
      </w:pPr>
      <w:r>
        <w:rPr>
          <w:rFonts w:ascii="Arial" w:hAnsi="Arial"/>
          <w:b w:val="0"/>
          <w:i w:val="0"/>
          <w:sz w:val="20"/>
        </w:rPr>
        <w:t>The safest legal formulation is therefore: the screenshot proves a visible ChatGPT iOS authentication/authorization error at 12:55 on 02.07.2026 during legal-analysis work. It also preserves the applicant's contemporaneous statement that the anomaly obstructed or diverted his legal work. The screenshot alone does not conclusively prove intentional interference or the exact technical cause, but it is relevant evidence that should be preserved and examined together with server-side logs, device logs, app diagnostics, network/VPN/security settings and the full ChatGPT conversation context.</w:t>
      </w:r>
    </w:p>
    <w:p>
      <w:pPr>
        <w:spacing w:before="120" w:after="120"/>
      </w:pPr>
      <w:r>
        <w:rPr>
          <w:rFonts w:ascii="Arial" w:hAnsi="Arial"/>
          <w:b/>
          <w:color w:val="1F4E79"/>
          <w:sz w:val="28"/>
        </w:rPr>
        <w:t>4. Applicant/user impact statement to be preserved</w:t>
      </w:r>
    </w:p>
    <w:p>
      <w:pPr>
        <w:spacing w:after="120" w:line="259" w:lineRule="auto"/>
      </w:pPr>
      <w:r>
        <w:rPr>
          <w:rFonts w:ascii="Arial" w:hAnsi="Arial"/>
          <w:b w:val="0"/>
          <w:i w:val="0"/>
          <w:sz w:val="20"/>
        </w:rPr>
        <w:t>The applicant states: "Again, while I was dealing with legal matters and trying to complete my work, a technical anomaly appeared and interrupted the process. Instead of focusing on the legal issues I need to address, I am forced to search for these errors, document them, explain them and preserve them. This distracts me from my thoughts, fragments my concentration, and obstructs my ability to finish the legal work. I ask that this incident be preserved with today's date and the 12:55 screenshot time, without deleting anything from Report 07."</w:t>
      </w:r>
    </w:p>
    <w:p>
      <w:pPr>
        <w:spacing w:before="120" w:after="120"/>
      </w:pPr>
      <w:r>
        <w:rPr>
          <w:rFonts w:ascii="Arial" w:hAnsi="Arial"/>
          <w:b/>
          <w:color w:val="1F4E79"/>
          <w:sz w:val="28"/>
        </w:rPr>
        <w:t>5. Preservation and verification requests</w:t>
      </w:r>
    </w:p>
    <w:p>
      <w:pPr>
        <w:spacing w:after="60" w:line="252" w:lineRule="auto"/>
        <w:ind w:left="360" w:hanging="216"/>
      </w:pPr>
      <w:r>
        <w:rPr>
          <w:rFonts w:ascii="Arial" w:hAnsi="Arial"/>
          <w:sz w:val="20"/>
        </w:rPr>
        <w:t>• Preserve the original screenshot file with its original filename, creation date, device metadata and any available EXIF/PNG metadata.</w:t>
      </w:r>
    </w:p>
    <w:p>
      <w:pPr>
        <w:spacing w:after="60" w:line="252" w:lineRule="auto"/>
        <w:ind w:left="360" w:hanging="216"/>
      </w:pPr>
      <w:r>
        <w:rPr>
          <w:rFonts w:ascii="Arial" w:hAnsi="Arial"/>
          <w:sz w:val="20"/>
        </w:rPr>
        <w:t>• Preserve the ChatGPT conversation export or screenshots showing the surrounding legal-analysis text and the displayed XML authentication error.</w:t>
      </w:r>
    </w:p>
    <w:p>
      <w:pPr>
        <w:spacing w:after="60" w:line="252" w:lineRule="auto"/>
        <w:ind w:left="360" w:hanging="216"/>
      </w:pPr>
      <w:r>
        <w:rPr>
          <w:rFonts w:ascii="Arial" w:hAnsi="Arial"/>
          <w:sz w:val="20"/>
        </w:rPr>
        <w:t>• Request preservation and review of OpenAI/ChatGPT server-side logs for RequestId 769badf3-701e-0021-7511-0abb24000000 and timestamp 2026-07-02T10:55:50.4968494Z.</w:t>
      </w:r>
    </w:p>
    <w:p>
      <w:pPr>
        <w:spacing w:after="60" w:line="252" w:lineRule="auto"/>
        <w:ind w:left="360" w:hanging="216"/>
      </w:pPr>
      <w:r>
        <w:rPr>
          <w:rFonts w:ascii="Arial" w:hAnsi="Arial"/>
          <w:sz w:val="20"/>
        </w:rPr>
        <w:t>• Preserve iPhone/iOS diagnostic logs, ChatGPT app version information, network state, VPN/security settings if any, date/time settings, and relevant connectivity records for the time window around 12:55 CEST on 02.07.2026.</w:t>
      </w:r>
    </w:p>
    <w:p>
      <w:pPr>
        <w:spacing w:after="60" w:line="252" w:lineRule="auto"/>
        <w:ind w:left="360" w:hanging="216"/>
      </w:pPr>
      <w:r>
        <w:rPr>
          <w:rFonts w:ascii="Arial" w:hAnsi="Arial"/>
          <w:sz w:val="20"/>
        </w:rPr>
        <w:t>• Treat this event as a separate addendum to Report 07. It should not be used to delete, replace, or weaken any earlier findings; it records a newly occurring technical-access anomaly and the applicant's reported impact on legal work.</w:t>
      </w:r>
    </w:p>
    <w:p>
      <w:pPr>
        <w:spacing w:before="120" w:after="120"/>
      </w:pPr>
      <w:r>
        <w:rPr>
          <w:rFonts w:ascii="Arial" w:hAnsi="Arial"/>
          <w:b/>
          <w:color w:val="1F4E79"/>
          <w:sz w:val="28"/>
        </w:rPr>
        <w:t>6. Closing note for Report 07</w:t>
      </w:r>
    </w:p>
    <w:p>
      <w:pPr>
        <w:spacing w:after="120" w:line="259" w:lineRule="auto"/>
      </w:pPr>
      <w:r>
        <w:rPr>
          <w:rFonts w:ascii="Arial" w:hAnsi="Arial"/>
          <w:b w:val="0"/>
          <w:i w:val="0"/>
          <w:sz w:val="20"/>
        </w:rPr>
        <w:t>This addendum should be inserted as a new final section at the end of Report 07 / 0.7. It should not alter or weaken any previous finding. Its function is to preserve the newly occurring 02.07.2026 ChatGPT iOS authentication/authorization anomaly and the applicant's statement that the anomaly materially interfered with legal-report and evidence-review work by forcing him to divert attention from the legal substance to technical troubleshooting and evidence preservation.</w:t>
      </w:r>
    </w:p>
    <w:p>
      <w:r>
        <w:br w:type="page"/>
      </w:r>
    </w:p>
    <w:p>
      <w:pPr>
        <w:spacing w:before="120" w:after="120"/>
      </w:pPr>
      <w:r>
        <w:rPr>
          <w:rFonts w:ascii="Arial" w:hAnsi="Arial"/>
          <w:b/>
          <w:color w:val="1F4E79"/>
          <w:sz w:val="28"/>
        </w:rPr>
        <w:t>7. Visual evidence appendix</w:t>
      </w:r>
    </w:p>
    <w:p>
      <w:pPr>
        <w:jc w:val="center"/>
      </w:pPr>
      <w:r>
        <w:drawing>
          <wp:inline xmlns:a="http://schemas.openxmlformats.org/drawingml/2006/main" xmlns:pic="http://schemas.openxmlformats.org/drawingml/2006/picture">
            <wp:extent cx="3429000" cy="7424928"/>
            <wp:docPr id="30" name="Picture 30"/>
            <wp:cNvGraphicFramePr>
              <a:graphicFrameLocks noChangeAspect="1"/>
            </wp:cNvGraphicFramePr>
            <a:graphic>
              <a:graphicData uri="http://schemas.openxmlformats.org/drawingml/2006/picture">
                <pic:pic>
                  <pic:nvPicPr>
                    <pic:cNvPr id="0" name="A48555F0-3C1D-4454-B66A-FD01A44E44F7.png"/>
                    <pic:cNvPicPr/>
                  </pic:nvPicPr>
                  <pic:blipFill>
                    <a:blip r:embed="rId40"/>
                    <a:stretch>
                      <a:fillRect/>
                    </a:stretch>
                  </pic:blipFill>
                  <pic:spPr>
                    <a:xfrm>
                      <a:off x="0" y="0"/>
                      <a:ext cx="3429000" cy="7424928"/>
                    </a:xfrm>
                    <a:prstGeom prst="rect"/>
                  </pic:spPr>
                </pic:pic>
              </a:graphicData>
            </a:graphic>
          </wp:inline>
        </w:drawing>
      </w:r>
    </w:p>
    <w:p>
      <w:pPr>
        <w:jc w:val="center"/>
      </w:pPr>
      <w:r>
        <w:rPr>
          <w:rFonts w:ascii="Arial" w:hAnsi="Arial"/>
          <w:i/>
          <w:sz w:val="17"/>
        </w:rPr>
        <w:t>Figure 11 - ChatGPT iOS, 02.07.2026 at 12:55: XML "AuthenticationFailed" error with RequestId 769badf3-701e-0021-7511-0abb24000000 and signed-expiry/start-time inconsistency visible.</w:t>
      </w:r>
    </w:p>
    <w:sectPr w:rsidR="00FC693F" w:rsidRPr="0006063C" w:rsidSect="00034616">
      <w:headerReference w:type="default" r:id="rId38"/>
      <w:footerReference w:type="default" r:id="rId39"/>
      <w:pgSz w:w="12240" w:h="15840"/>
      <w:pgMar w:top="936" w:right="1008" w:bottom="936" w:left="1008"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5F5F"/>
        <w:sz w:val="16"/>
      </w:rPr>
      <w:t>Prepared as an addendum only; the existing Report 07 text is not modified.</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Arial" w:hAnsi="Arial"/>
        <w:color w:val="5F5F5F"/>
        <w:sz w:val="16"/>
      </w:rPr>
      <w:t>Report 07 - Addendum 74 | ChatGPT iOS Authentication/Authorization Anomaly | 02.07.2026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0" w:line="240" w:lineRule="auto"/>
    </w:pPr>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header" Target="header1.xml"/><Relationship Id="rId39" Type="http://schemas.openxmlformats.org/officeDocument/2006/relationships/footer" Target="footer1.xml"/><Relationship Id="rId40"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